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שמות הגוף לפי גוף,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פועל בעבר לשם הגוף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ולפרק כינויים חבורים (כמו ספרו, אותם)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הלכנו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הספר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עצמו, לכן 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משמש לנקבות רבות, הם לזכרים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הסיומת תם מתאימה לגוף שני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חבור מחובר למילה, כמו ספרי או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הצורות מקובלות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הגוף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כינוי חבור לפירוק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(הבית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(את היא)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 + 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(החברה 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תיקון הסיפור המשעמם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הסיפור ומצאו את השם החוזר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שההקשר ברור - למי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שם גוף מתאים לפי גוף,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החליפו את השם בשם הגוף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 שוב את הסיפור ובדקו שהמשמעות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מכיל שם גוף מדויק ופועל מתאים לגוף, מין ומספר; ניכר שימוש מגוון בשמות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הכינוי מפורק נכון (למשל לבו - הלב שלו) והתלמיד מסביר למי הוא מתייחס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שיחקנו - התאמה בין גוף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קריאת סיפור קצר שבו שם חוזר הרבה ולשאול מה מפריע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לטעות הנפוצה של הם מול הן ולתרגל אותה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המשחק מי אני אפשר להשתמש בבובות או כרטיסים כדי להמחיש את שמות הגוף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כמו אני, אתה, היא. נלמד איך להחליף שם של ילד או ילדה במילה קצרה כמו הוא או היא.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אני, אתה,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על עצמו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אליו - אתה, את, אתם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עליו -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אחד או יותר מאדם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המילה - הוא/היא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חבור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שמתחבר למילה ומראה שייכות, כמו ספרי - הספר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לקבוצת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פונה לבן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נגמרת ב-נו?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שייך הספר כשכותבים ספרו?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שלנו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אני הוא 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הן משמש לזכרים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הלכתם מתאים לשם הגוף אתם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הוא מילה נפרדת כמו אני והוא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גם עמי וגם אתי כצורה תקנית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הגוף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שירה ונגה הלכו לגינה, __________ שיחקו שם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קוראת ספר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ספרנו פירושו: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לבו פירושו: הלב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כינוי חבור לפירוק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הבית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 + 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החברה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 היא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תיקון הסיפור המשעמם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גוף מתאים לפי גוף, מין ומספר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החליפו את השם בשם הגוף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שוב את הסיפור ובדקו שהמשמעות 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שההקשר ברור - למי מתכוונים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הסיפור ומצאו את השם החוזר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 משפטים על המשפחה שלכם. השתמשו בלפחות 4 שמות גוף שונים וסמנו את הפועל המתאים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קצר מספר קריאה, מצאו בו 2 כינויים חבורים, פרקו כל אחד וכתבו למי הוא מתייחס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בשם גוף: שירה ונגה הלכו לגינה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הטעות: אני ואחותי שיחקו בכדור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החבור חברתה?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