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עשרת שמות הגוף לפי גוף,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פועל בעבר לשם הגוף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ולפרק כינויים חבורים (כמו ספרו, אותם)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אני מדבר על עצמו, לכן גוף ראשון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משמש לנקבות רבות, הם לזכרים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הגוף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כינוי חבור לפירוק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(הספר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(הבית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(את היא)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 + אנחנו)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תיקון הסיפור המשעמם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הסיפור ומצאו את השם החוזר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שההקשר ברור - למי מתכוונים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שם גוף מתאים לפי גוף, מין ומספר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החליפו את השם בשם הגוף שבחרתם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מכיל שם גוף מדויק ופועל מתאים לגוף, מין ומספר; ניכר שימוש מגוון בשמות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שיחקנו - התאמה בין גוף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החברה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עם קריאת סיפור קצר שבו שם חוזר הרבה ולשאול מה מפריע בקריאה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לטעות הנפוצה של הם מול הן ולתרגל אותה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במהלך המשחק מי אני אפשר להשתמש בבובות או כרטיסים כדי להמחיש את שמות הגוף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שמות הגוף (אני, אתה, היא...) ואת הכינויים החבורים שמתחברים למילים (כמו ספרי, לנו). נלמד להחליף שמות חוזרים בשם גוף מתאים ולהתאים את הפועל.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הן  ·  אנחנו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שם גוף מתאים? ___ הלכתי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שם הגוף של גוף שני, יחיד,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הגוף אני הוא גוף ראשון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הגוף הן משמש לזכרים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שם הגוף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ואחותי שיחקנו בכדור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שירה ונגה הלכו לגינה, __________ שיחקו שם הרבה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כינוי חבור לפירוק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הבית שלכם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ביתכם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את היא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 + אנחנו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הספר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תיקון הסיפור המשעמם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החליפו את השם בשם הגוף שבחרתם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שם גוף מתאים לפי גוף, מין ומספר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שההקשר ברור - למי מתכוונים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הסיפור ומצאו את השם החוזר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5 משפטים על המשפחה שלכם. השתמשו בלפחות 4 שמות גוף שונים וסמנו את הפועל המתאים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החליפו בשם גוף: שירה ונגה הלכו לגינה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תקנו את הטעות: אני ואחותי שיחקו בכדור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